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"שחי לאל" - רבי שלמה אבן גבירול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הפיוט ואת תפקידו בתפילת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ההקבלות בין הנשמה לאל ואת 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אמצעים אמנותיים בשיר ואת תרומתם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תפילת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אל נשמתו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שלמה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-מה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שתיהן נסתרות וטהורות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האל העניק לנשמה חיי נצח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השיר פונה אל הנשמה, לא אל האל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על מבנה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זוהי ההקבלה בבית הרביעי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להפך - פותח באימה ומסתיים בזמר ושמחה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בתקציר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מתואר הגוף - דומם וחסר קול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נעלם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זרועו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נשמה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חזק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(כינוי לנשמה)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(כינוי לאל)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(העולם החומרי חסר הערך)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(הגוף הדומם)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(האקרוסטיכון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(התפילה שאחרי השיר)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מבנה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ציווי ותוכחה - קריאה לנשמה לעבוד את האל באימה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הקבלה ראשונה - הנשמה נצחית ונסתרת כמו האל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הקבלה שנייה - הנשמה טהורה כמו יוצרה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הקבלה שלישית - הנשמה נושאת את הגוף כמו שהאל נושא את השמיים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זמר לבורא שהעניק לנשמה חיי נצח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ברכה משותפת של כל האיברים לאל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טוב יציין שהשיר פותח ב"אימה" (ציווי ותוכחה) ומסתיים בזמר ובברכה שמחה, ויביא דוגמאות מתאימות מהשיר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טוב יסביר שהדימויים מעלים את מעמד הנשמה ומשווים אותה לכוחות עליונים וגדולים, ויקשר זאת לרעיון הנשמה ככפילה של האל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פיוט רשות לנשמת ליום הכיפורים, הדובר פונה לנשמתו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הנשמה נצחית, טהורה ונסתרת כמו האל, ושתיהן נושאות משהו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דימוי, הקבלה, שאלה רטורית, אקרוסטיכון -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השיר בקול רם לפני התרגול כדי להרגיש את המשקל והחרוז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לתפילת יום הכיפורים ולתפילת "נשמת כל חי" שבאה אחרי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לקבוצות: קבוצה אחת תתמקד במבנה, שנייה באמצעים אמנותיים, ושלישית בנושאים ומוטיבים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"שחי לאל" - רבי שלמה אבן גבירול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השיר "שחי לאל" הוא שיר תפילה ליום הכיפורים. המשורר מדבר אל הנשמה שלו ומבקש ממנה לעבוד את האל. נתרגל יחד מה כתוב בשיר ואיך הוא בנוי.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רשות לנשמת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שיר פתיחה לתפילת "נשמת כל חי"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חסר ערך, העולם החומרי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לנשמה - דבר יחיד ומיוחד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אקרוסטיכון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ראשי הבתים יוצרים מילים או 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חרוז מבריח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אותו חרוז חוזר בכל בתי השיר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דלת וסוגר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 חלקי כל בית בשיר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נעלם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נראה לעין, נסתר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אומרים את השיר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תפילת שחרית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תפילת יום הכיפורים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תפילת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תפילת 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למי המשורר מדבר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 אשתו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 האל ישירות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 נשמתו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 חבריו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אותיות יוצרות ראשי הבתים?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שלמה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יהודה הלוי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דוד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אהבה 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חרוז חוזר בסוף כל 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-מה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-תי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-כה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-אל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משותף לנשמה ולאל?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שתיהן נראות לעין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שתיהן נסתרות וטהורות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שתיהן נקברות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שתיהן רודפות הבל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המשמעות של השורה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האל לא ברא את הנשמה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האל העניק לנשמה חיי 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הנשמה גרה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הגוף לא נקבר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פונה אל האל ומבקש ממנו רחמים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בנוי משבעה בתים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הנשמה נושאת את הגוף כמו שהאל נושא את השמיים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פותח בשמחה ומסתיים באימה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"נשמה" בסוף השיר מקשרת אותו לתפילת "נשמת כל חי"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הגוף בשיר מתואר כ"גוויה נאלמה"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הדובר קורא לנשמה: "שחי לאל __________ החכמה"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הדובר שואל את הנשמה: "ולמה תרדפי __________ ולמה"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הנשמה משולה לאל "אשר __________ כמו את נעלמה"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האל "ישא שחקים על 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בסיום השיר: "אשר לשמו תהלל כל 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ראשי הבתים יוצרים את האקרוסטיכון "שלמה __________"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יחידה החכמה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הגוף הדומם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חסין / 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העולם החומרי חסר הערך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כינוי לנשמה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גויה נאלמה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כינוי לאל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שלמה חזק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התפילה שאחרי השיר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נשמת כל חי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האקרוסטיכון בשיר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מבנה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הקבלה ראשונה - הנשמה נצחית ונסתרת כמו האל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ציווי ותוכחה - קריאה לנשמה לעבוד את האל באימה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הקבלה שלישית - הנשמה נושאת את הגוף כמו שהאל נושא את השמיים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זמר לבורא שהעניק לנשמה חיי נצח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ברכה משותפת של כל האיברים לאל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הקבלה שנייה - הנשמה טהורה כמו יוצרה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השיר עובר מיראה לאהבה, מההתחלה ועד הסוף. הביאו דוגמה אחת מכל חלק.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בחר המשורר להשתמש בדימויים דווקא מהטבע ומהשמיים (כמו "ישא שחקים")? מה הדימויים תורמים להבנת מעמד הנשמה?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נושא השיר "שחי לאל" ולאיזה מועד הוא נועד?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ההקבלה המרכזית בשיר בין הנשמה לאל?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אמצעי אמנותי אחד מהשיר והסבירו את תרומתו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"שחי לאל" - רבי שלמה אבן גבירול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